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" cy="594360"/>
            <wp:docPr id="1" name="Picture 1" descr="NuaForma organization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uaforma-avatar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594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Project delivery summary</w:t>
      </w:r>
    </w:p>
    <w:p>
      <w:r>
        <w:t>This summary records the requested work, the team responsible and the current delivery status.</w:t>
      </w:r>
    </w:p>
    <w:p>
      <w:r>
        <w:t>Reference {reference}  |  Issued {issuedOn | date("dd MMM uuuu")}</w:t>
      </w:r>
    </w:p>
    <w:p>
      <w:r>
        <w:t>Prepared for {trim(customer.name)} at {customer.company}.</w:t>
      </w:r>
    </w:p>
    <w:p>
      <w:r>
        <w:t>Contact {customer.email ?? "No email supplied"}. Phone {customer.phone ?? "Not provided"}.</w:t>
      </w:r>
    </w:p>
    <w:p>
      <w:r>
        <w:t>{#if equalsIgnoreCase(trim(status), "approved")}Approved for delivery{#else}Awaiting approval{/if}. {#if contains(description, "urgent", true)}Urgent handling requested.{#else}Standard handling.{/if}</w:t>
      </w:r>
    </w:p>
    <w:p>
      <w:r>
        <w:t>{#if trim(customer.email ?? "") == ""}The contact email is missing, null or blank.{#else}Contact email available.{/if}</w:t>
      </w:r>
    </w:p>
    <w:p>
      <w:pPr>
        <w:pStyle w:val="Heading1"/>
      </w:pPr>
      <w:r>
        <w:t>Requested 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864"/>
        <w:gridCol w:w="1584"/>
        <w:gridCol w:w="1656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173846" w:val="clear"/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173846" w:val="clear"/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173846" w:val="clear"/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173846" w:val="clear"/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8640"/>
            <w:gridSpan w:val="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/>
            </w:pPr>
            <w:r>
              <w:rPr>
                <w:sz w:val="20"/>
              </w:rPr>
              <w:t>{#each lines as line}</w:t>
            </w:r>
          </w:p>
        </w:tc>
      </w:tr>
      <w:tr>
        <w:tc>
          <w:tcPr>
            <w:tcW w:type="dxa" w:w="45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/>
            </w:pPr>
            <w:r>
              <w:rPr>
                <w:sz w:val="20"/>
              </w:rPr>
              <w:t>{line.description}{#if line.optional} (optional){/if}</w:t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/>
            </w:pPr>
            <w:r>
              <w:rPr>
                <w:sz w:val="20"/>
              </w:rPr>
              <w:t>{line.quantity}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/>
            </w:pPr>
            <w:r>
              <w:rPr>
                <w:sz w:val="20"/>
              </w:rPr>
              <w:t>{line.unitPrice | number("#,##0.00")}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/>
            </w:pPr>
            <w:r>
              <w:rPr>
                <w:sz w:val="20"/>
              </w:rPr>
              <w:t>{line.amount | number("#,##0.00")}</w:t>
            </w:r>
          </w:p>
        </w:tc>
      </w:tr>
      <w:tr>
        <w:tc>
          <w:tcPr>
            <w:tcW w:type="dxa" w:w="8640"/>
            <w:gridSpan w:val="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/>
            </w:pPr>
            <w:r>
              <w:rPr>
                <w:sz w:val="20"/>
              </w:rPr>
              <w:t>{/each}</w:t>
            </w:r>
          </w:p>
        </w:tc>
      </w:tr>
    </w:tbl>
    <w:p>
      <w:r>
        <w:t>Total {currency} {total | number("#,##0.00")}. Amounts are supplied by the caller, not calculated in the template.</w:t>
      </w:r>
    </w:p>
    <w:p>
      <w:r>
        <w:t>{#if showProjects}</w:t>
      </w:r>
    </w:p>
    <w:p>
      <w:pPr>
        <w:pStyle w:val="Heading1"/>
      </w:pPr>
      <w:r>
        <w:t>Teams and deliverables</w:t>
      </w:r>
    </w:p>
    <w:p>
      <w:r>
        <w:t>{#each projects as project}</w:t>
      </w:r>
    </w:p>
    <w:p>
      <w:pPr>
        <w:pStyle w:val="Heading2"/>
      </w:pPr>
      <w:r>
        <w:t>{project.name}</w:t>
      </w:r>
    </w:p>
    <w:p>
      <w:r>
        <w:t>{#if project.active}</w:t>
      </w:r>
    </w:p>
    <w:p>
      <w:r>
        <w:t>Owner {project.owner.name ?? "Unassigned"}. Team {project.team}.</w:t>
      </w:r>
    </w:p>
    <w:p>
      <w:r>
        <w:t>{#each project.tasks as task}</w:t>
      </w:r>
    </w:p>
    <w:p>
      <w:r>
        <w:t>{loop.number}. {task.name}: {#if task.done}Complete{#else}{#if task.blocked}Blocked{#else}In progress{/if}{/if}. {#if startsWith(task.code, "NF-")}Internal reference {task.code}.{#else}External reference {task.code}.{/if}</w:t>
      </w:r>
    </w:p>
    <w:p>
      <w:r>
        <w:t>{#if task.hasNotes}</w:t>
      </w:r>
    </w:p>
    <w:p>
      <w:r>
        <w:t>{#each task.notes as note}</w:t>
      </w:r>
    </w:p>
    <w:p>
      <w:pPr>
        <w:ind w:left="288"/>
      </w:pPr>
      <w:r>
        <w:t>Note {loop.number} for {task.name}: {#if contains(note, "review", true)}Review requested: {/if}{note}</w:t>
      </w:r>
    </w:p>
    <w:p>
      <w:r>
        <w:t>{/each}</w:t>
      </w:r>
    </w:p>
    <w:p>
      <w:r>
        <w:t>{/if}</w:t>
      </w:r>
    </w:p>
    <w:p>
      <w:r>
        <w:t>{/each}</w:t>
      </w:r>
    </w:p>
    <w:p>
      <w:r>
        <w:t>{#else}</w:t>
      </w:r>
    </w:p>
    <w:p>
      <w:r>
        <w:t>This project is paused and its tasks are omitted.</w:t>
      </w:r>
    </w:p>
    <w:p>
      <w:r>
        <w:t>{/if}</w:t>
      </w:r>
    </w:p>
    <w:p>
      <w:r>
        <w:t>{/each}</w:t>
      </w:r>
    </w:p>
    <w:p>
      <w:r>
        <w:t>{#else}</w:t>
      </w:r>
    </w:p>
    <w:p>
      <w:r>
        <w:t>Project details are not included in this summary.</w:t>
      </w:r>
    </w:p>
    <w:p>
      <w:r>
        <w:t>{/if}</w:t>
      </w:r>
    </w:p>
    <w:p>
      <w:pPr>
        <w:pStyle w:val="Heading1"/>
        <w:keepNext/>
        <w:keepLines/>
      </w:pPr>
      <w:r>
        <w:t>Delivery details</w:t>
      </w:r>
    </w:p>
    <w:p>
      <w:pPr>
        <w:keepNext/>
        <w:keepLines/>
      </w:pPr>
      <w:r>
        <w:t>Destination {customer.address.city ?? "City not supplied"}, {customer.address.country ?? "Country not supplied"}.</w:t>
      </w:r>
    </w:p>
    <w:p>
      <w:pPr>
        <w:keepNext/>
        <w:keepLines/>
      </w:pPr>
      <w:r>
        <w:t>{#if (customer.nickname ?? null) == null}No preferred name was supplied.{#else}Preferred name {customer.nickname}.{/if}</w:t>
      </w:r>
    </w:p>
    <w:p>
      <w:pPr>
        <w:keepNext/>
        <w:keepLines/>
      </w:pPr>
      <w:r>
        <w:t>{#if endsWith(delivery.filename, ".pdf", true)}PDF delivery requested.{#else}Editable document delivery requested.{/if}</w:t>
      </w:r>
    </w:p>
    <w:p>
      <w:pPr>
        <w:keepNext/>
        <w:keepLines/>
      </w:pPr>
      <w:r>
        <w:t>Message {message ?? "No additional message"}</w:t>
      </w:r>
    </w:p>
    <w:p>
      <w:r>
        <w:drawing>
          <wp:inline xmlns:a="http://schemas.openxmlformats.org/drawingml/2006/main" xmlns:pic="http://schemas.openxmlformats.org/drawingml/2006/picture">
            <wp:extent cx="6126480" cy="1021080"/>
            <wp:docPr id="2" name="Picture 2" descr="Template and structured data produce a documen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02108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1"/>
      <w:footerReference w:type="default" r:id="rId9"/>
      <w:pgSz w:w="12240" w:h="15840"/>
      <w:pgMar w:top="1008" w:right="1080" w:bottom="1008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Reference {reference}    •    Prepared for {customer.name}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NuaForma example 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erif" w:hAnsi="Liberation Serif" w:hint="default" w:eastAsia="Liberation Serif" w:cs="Liberation Serif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erif" w:hAnsi="Liberation Serif" w:hint="default" w:eastAsia="Liberation Serif" w:cs="Liberation Serif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erif" w:hAnsi="Liberation Serif" w:hint="default" w:eastAsia="Liberation Serif" w:cs="Liberation Serif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erif" w:hAnsi="Liberation Serif" w:hint="default" w:eastAsia="Liberation Serif" w:cs="Liberation Seri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sz w:val="22"/>
        <w:szCs w:val="22"/>
        <w:lang w:val="en-US" w:eastAsia="en-US" w:bidi="ar-SA"/>
        <w:rFonts w:ascii="Liberation Serif" w:hAnsi="Liberation Serif" w:eastAsia="Liberation Serif" w:cs="Liberation Serif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Liberation Serif" w:hAnsi="Liberation Serif" w:eastAsia="Liberation Serif" w:cs="Liberation Serif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erif" w:hAnsi="Liberation Serif" w:eastAsia="Liberation Serif" w:cs="Liberation Serif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Liberation Serif" w:hAnsi="Liberation Serif" w:eastAsia="Liberation Serif" w:cs="Liberation Serif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erif" w:hAnsi="Liberation Serif" w:eastAsia="Liberation Serif" w:cs="Liberation Serif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Liberation Serif" w:hAnsi="Liberation Serif" w:eastAsia="Liberation Serif" w:cs="Liberation Serif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="Liberation Serif" w:hAnsi="Liberation Serif" w:eastAsia="Liberation Serif" w:cs="Liberation Serif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="Liberation Serif" w:hAnsi="Liberation Serif" w:eastAsia="Liberation Serif" w:cs="Liberation Serif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Liberation Serif" w:hAnsi="Liberation Serif" w:eastAsia="Liberation Serif" w:cs="Liberation Serif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Liberation Serif" w:hAnsi="Liberation Serif" w:eastAsia="Liberation Serif" w:cs="Liberation Serif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Liberation Serif" w:hAnsi="Liberation Serif" w:eastAsia="Liberation Serif" w:cs="Liberation Serif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Liberation Serif" w:hAnsi="Liberation Serif" w:eastAsia="Liberation Serif" w:cs="Liberation Serif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Liberation Serif" w:hAnsi="Liberation Serif" w:eastAsia="Liberation Serif" w:cs="Liberation Serif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Liberation Serif" w:hAnsi="Liberation Serif" w:eastAsia="Liberation Serif" w:cs="Liberation Serif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Liberation Serif" w:hAnsi="Liberation Serif" w:eastAsia="Liberation Serif" w:cs="Liberation Serif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Liberation Serif" w:hAnsi="Liberation Serif" w:eastAsia="Liberation Serif" w:cs="Liberation Serif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erif" w:hAnsi="Liberation Serif" w:eastAsia="Liberation Serif" w:cs="Liberation Serif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Liberation Serif" w:hAnsi="Liberation Serif" w:eastAsia="Liberation Serif" w:cs="Liberation Serif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Liberation Serif" w:hAnsi="Liberation Serif" w:eastAsia="Liberation Serif" w:cs="Liberation Serif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Liberation Serif" w:hAnsi="Liberation Serif" w:eastAsia="Liberation Serif" w:cs="Liberation Serif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60" w:line="240" w:lineRule="auto"/>
      <w:contextualSpacing/>
      <w:pBdr>
        <w:top w:val="nil"/>
        <w:left w:val="nil"/>
        <w:bottom w:val="nil"/>
        <w:right w:val="nil"/>
        <w:between w:val="nil"/>
        <w:bar w:val="nil"/>
      </w:pBdr>
    </w:pPr>
    <w:rPr>
      <w:rFonts w:ascii="Liberation Serif" w:hAnsi="Liberation Serif" w:eastAsia="Liberation Serif" w:cs="Liberation Serif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Liberation Serif" w:hAnsi="Liberation Serif" w:eastAsia="Liberation Serif" w:cs="Liberation Serif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Liberation Serif" w:hAnsi="Liberation Serif" w:eastAsia="Liberation Serif" w:cs="Liberation Serif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Liberation Serif" w:hAnsi="Liberation Serif" w:eastAsia="Liberation Serif" w:cs="Liberation Serif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erif" w:hAnsi="Liberation Serif" w:eastAsia="Liberation Serif" w:cs="Liberation Serif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erif" w:hAnsi="Liberation Serif" w:eastAsia="Liberation Serif" w:cs="Liberation Serif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Liberation Serif" w:hAnsi="Liberation Serif" w:eastAsia="Liberation Serif" w:cs="Liberation Serif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erif" w:hAnsi="Liberation Serif" w:eastAsia="Liberation Serif" w:cs="Liberation Serif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Liberation Serif" w:hAnsi="Liberation Serif" w:eastAsia="Liberation Serif" w:cs="Liberation Serif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erif" w:hAnsi="Liberation Serif" w:eastAsia="Liberation Serif" w:cs="Liberation Serif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Liberation Serif" w:hAnsi="Liberation Serif" w:eastAsia="Liberation Serif" w:cs="Liberation Serif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erif" w:hAnsi="Liberation Serif" w:eastAsia="Liberation Serif" w:cs="Liberation Serif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erif" w:hAnsi="Liberation Serif" w:eastAsia="Liberation Serif" w:cs="Liberation Serif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erif" w:hAnsi="Liberation Serif" w:eastAsia="Liberation Serif" w:cs="Liberation Serif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erif" w:hAnsi="Liberation Serif" w:eastAsia="Liberation Serif" w:cs="Liberation Serif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erif" w:hAnsi="Liberation Serif" w:eastAsia="Liberation Serif" w:cs="Liberation Serif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erif" w:hAnsi="Liberation Serif" w:eastAsia="Liberation Serif" w:cs="Liberation Serif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erif" w:hAnsi="Liberation Serif" w:eastAsia="Liberation Serif" w:cs="Liberation Serif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erif" w:hAnsi="Liberation Serif" w:eastAsia="Liberation Serif" w:cs="Liberation Serif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erif" w:hAnsi="Liberation Serif" w:eastAsia="Liberation Serif" w:cs="Liberation Serif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erif" w:hAnsi="Liberation Serif" w:eastAsia="Liberation Serif" w:cs="Liberation Serif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erif" w:hAnsi="Liberation Serif" w:eastAsia="Liberation Serif" w:cs="Liberation Serif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erif" w:hAnsi="Liberation Serif" w:eastAsia="Liberation Serif" w:cs="Liberation Serif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erif" w:hAnsi="Liberation Serif" w:eastAsia="Liberation Serif" w:cs="Liberation Serif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erif" w:hAnsi="Liberation Serif" w:eastAsia="Liberation Serif" w:cs="Liberation Serif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erif" w:hAnsi="Liberation Serif" w:eastAsia="Liberation Serif" w:cs="Liberation Serif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Liberation Serif" w:hAnsi="Liberation Serif" w:eastAsia="Liberation Serif" w:cs="Liberation Serif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Liberation Serif" w:hAnsi="Liberation Serif" w:eastAsia="Liberation Serif" w:cs="Liberation Serif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Liberation Serif" w:hAnsi="Liberation Serif" w:eastAsia="Liberation Serif" w:cs="Liberation Serif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Liberation Serif" w:hAnsi="Liberation Serif" w:eastAsia="Liberation Serif" w:cs="Liberation Serif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Liberation Serif" w:hAnsi="Liberation Serif" w:eastAsia="Liberation Serif" w:cs="Liberation Serif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Liberation Serif" w:hAnsi="Liberation Serif" w:eastAsia="Liberation Serif" w:cs="Liberation Serif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Liberation Serif" w:hAnsi="Liberation Serif" w:eastAsia="Liberation Serif" w:cs="Liberation Serif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erif" w:hAnsi="Liberation Serif" w:eastAsia="Liberation Serif" w:cs="Liberation Serif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Liberation Serif" w:hAnsi="Liberation Serif" w:eastAsia="Liberation Serif" w:cs="Liberation Serif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Liberation Serif" w:hAnsi="Liberation Serif" w:eastAsia="Liberation Serif" w:cs="Liberation Serif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Liberation Serif" w:hAnsi="Liberation Serif" w:eastAsia="Liberation Serif" w:cs="Liberation Serif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Liberation Serif" w:hAnsi="Liberation Serif" w:eastAsia="Liberation Serif" w:cs="Liberation Serif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Liberation Serif" w:hAnsi="Liberation Serif" w:eastAsia="Liberation Serif" w:cs="Liberation Serif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Liberation Serif" w:hAnsi="Liberation Serif" w:eastAsia="Liberation Serif" w:cs="Liberation Serif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Liberation Serif" w:hAnsi="Liberation Serif" w:eastAsia="Liberation Serif" w:cs="Liberation Serif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Liberation Serif" w:hAnsi="Liberation Serif" w:eastAsia="Liberation Serif" w:cs="Liberation Serif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Liberation Serif" w:hAnsi="Liberation Serif" w:eastAsia="Liberation Serif" w:cs="Liberation Serif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erif" w:hAnsi="Liberation Serif" w:eastAsia="Liberation Serif" w:cs="Liberation Serif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hAnsi="Liberation Serif" w:eastAsia="Liberation Serif" w:cs="Liberation Serif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Liberation Serif" w:hAnsi="Liberation Serif" w:eastAsia="Liberation Serif" w:cs="Liberation Serif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Liberation Serif" w:hAnsi="Liberation Serif" w:eastAsia="Liberation Serif" w:cs="Liberation Serif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Liberation Serif" w:hAnsi="Liberation Serif" w:eastAsia="Liberation Serif" w:cs="Liberation Serif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Liberation Serif" w:hAnsi="Liberation Serif" w:eastAsia="Liberation Serif" w:cs="Liberation Serif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Liberation Serif" w:hAnsi="Liberation Serif" w:eastAsia="Liberation Serif" w:cs="Liberation Serif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Liberation Serif" w:hAnsi="Liberation Serif" w:eastAsia="Liberation Serif" w:cs="Liberation Serif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Liberation Serif" w:hAnsi="Liberation Serif" w:eastAsia="Liberation Serif" w:cs="Liberation Serif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Liberation Serif" w:hAnsi="Liberation Serif" w:eastAsia="Liberation Serif" w:cs="Liberation Serif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Liberation Serif" w:hAnsi="Liberation Serif" w:eastAsia="Liberation Serif" w:cs="Liberation Serif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Liberation Serif" w:hAnsi="Liberation Serif" w:eastAsia="Liberation Serif" w:cs="Liberation Serif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Liberation Serif" w:hAnsi="Liberation Serif" w:eastAsia="Liberation Serif" w:cs="Liberation Serif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Liberation Serif" w:hAnsi="Liberation Serif" w:eastAsia="Liberation Serif" w:cs="Liberation Serif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Liberation Serif" w:hAnsi="Liberation Serif" w:eastAsia="Liberation Serif" w:cs="Liberation Serif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Liberation Serif" w:hAnsi="Liberation Serif" w:eastAsia="Liberation Serif" w:cs="Liberation Serif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Liberation Serif" w:hAnsi="Liberation Serif" w:eastAsia="Liberation Serif" w:cs="Liberation Serif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Liberation Serif" w:hAnsi="Liberation Serif" w:eastAsia="Liberation Serif" w:cs="Liberation Serif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erif" w:hAnsi="Liberation Serif" w:eastAsia="Liberation Serif" w:cs="Liberation Serif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erif" w:hAnsi="Liberation Serif" w:eastAsia="Liberation Serif" w:cs="Liberation Serif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Liberation Serif" w:hAnsi="Liberation Serif" w:eastAsia="Liberation Serif" w:cs="Liberation Serif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Liberation Serif" w:hAnsi="Liberation Serif" w:eastAsia="Liberation Serif" w:cs="Liberation Serif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Liberation Serif" w:hAnsi="Liberation Serif" w:eastAsia="Liberation Serif" w:cs="Liberation Serif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Liberation Serif" w:hAnsi="Liberation Serif" w:eastAsia="Liberation Serif" w:cs="Liberation Serif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Liberation Serif" w:hAnsi="Liberation Serif" w:eastAsia="Liberation Serif" w:cs="Liberation Serif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Liberation Serif" w:hAnsi="Liberation Serif" w:eastAsia="Liberation Serif" w:cs="Liberation Serif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Liberation Serif" w:hAnsi="Liberation Serif" w:eastAsia="Liberation Serif" w:cs="Liberation Serif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Liberation Serif" w:hAnsi="Liberation Serif" w:eastAsia="Liberation Serif" w:cs="Liberation Serif"/>
        <w:b/>
        <w:bCs/>
      </w:rPr>
    </w:tblStylePr>
    <w:tblStylePr w:type="lastCol">
      <w:rPr>
        <w:rFonts w:ascii="Liberation Serif" w:hAnsi="Liberation Serif" w:eastAsia="Liberation Serif" w:cs="Liberation Serif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erif" w:hAnsi="Liberation Serif" w:eastAsia="Liberation Serif" w:cs="Liberation Serif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Liberation Serif" w:hAnsi="Liberation Serif" w:eastAsia="Liberation Serif" w:cs="Liberation Serif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/a:effectLst>
        </a:effectStyle>
        <a:effectStyle>
          <a:effectLst>
            </a:effectLst>
        </a:effectStyle>
        <a:effectStyle>
          <a:effectLst>
  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NuaForma example template</dc:title>
  <dc:subject>Project summary with nested template logic</dc:subject>
  <dc:creator>NuaForma contributors</dc:creator>
  <cp:keywords/>
  <dc:description>generated by python-docx</dc:description>
  <cp:lastModifiedBy>NuaForma contributors</cp:lastModifiedBy>
  <cp:revision>1</cp:revision>
  <dcterms:created xsi:type="dcterms:W3CDTF">2026-10-13T00:00:00Z</dcterms:created>
  <dcterms:modified xsi:type="dcterms:W3CDTF">2026-10-13T00:00:00Z</dcterms:modified>
  <cp:category/>
</cp:coreProperties>
</file>